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Sender's Name</w:t>
      </w:r>
    </w:p>
    <w:p>
      <w:r>
        <w:rPr>
          <w:b w:val="0"/>
          <w:sz w:val="20"/>
        </w:rPr>
        <w:t>Sender's Address Line 1</w:t>
      </w:r>
    </w:p>
    <w:p>
      <w:r>
        <w:rPr>
          <w:b w:val="0"/>
          <w:sz w:val="20"/>
        </w:rPr>
        <w:t>Sender's Address Line 2</w:t>
      </w:r>
    </w:p>
    <w:p>
      <w:r>
        <w:rPr>
          <w:b w:val="0"/>
          <w:sz w:val="20"/>
        </w:rPr>
        <w:t>City, State ZIP Code</w:t>
      </w:r>
    </w:p>
    <w:p>
      <w:r>
        <w:rPr>
          <w:b w:val="0"/>
          <w:sz w:val="20"/>
        </w:rPr>
        <w:t>Phone: ___________________________</w:t>
      </w:r>
    </w:p>
    <w:p>
      <w:r>
        <w:rPr>
          <w:b w:val="0"/>
          <w:sz w:val="20"/>
        </w:rPr>
        <w:t>Email: ___________________________</w:t>
      </w:r>
    </w:p>
    <w:p/>
    <w:p/>
    <w:p>
      <w:r>
        <w:rPr>
          <w:b w:val="0"/>
          <w:sz w:val="20"/>
        </w:rPr>
        <w:t>Recipient's Name</w:t>
      </w:r>
    </w:p>
    <w:p>
      <w:r>
        <w:rPr>
          <w:b w:val="0"/>
          <w:sz w:val="20"/>
        </w:rPr>
        <w:t>Recipient's Title (if applicable)</w:t>
      </w:r>
    </w:p>
    <w:p>
      <w:r>
        <w:rPr>
          <w:b w:val="0"/>
          <w:sz w:val="20"/>
        </w:rPr>
        <w:t>Company/Organization (if applicable)</w:t>
      </w:r>
    </w:p>
    <w:p>
      <w:r>
        <w:rPr>
          <w:b w:val="0"/>
          <w:sz w:val="20"/>
        </w:rPr>
        <w:t>Recipient's Address Line 1</w:t>
      </w:r>
    </w:p>
    <w:p>
      <w:r>
        <w:rPr>
          <w:b w:val="0"/>
          <w:sz w:val="20"/>
        </w:rPr>
        <w:t>Recipient's Address Line 2</w:t>
      </w:r>
    </w:p>
    <w:p>
      <w:r>
        <w:rPr>
          <w:b w:val="0"/>
          <w:sz w:val="20"/>
        </w:rPr>
        <w:t>City, State ZIP Code</w:t>
      </w:r>
    </w:p>
    <w:p/>
    <w:p/>
    <w:p>
      <w:pPr>
        <w:jc w:val="center"/>
      </w:pPr>
      <w:r>
        <w:rPr>
          <w:b/>
          <w:sz w:val="20"/>
        </w:rPr>
        <w:t>SUBJECT: _______________________________</w:t>
      </w:r>
    </w:p>
    <w:p/>
    <w:p>
      <w:r>
        <w:rPr>
          <w:b w:val="0"/>
          <w:sz w:val="20"/>
        </w:rPr>
        <w:t>Dear ____________________________,</w:t>
      </w:r>
    </w:p>
    <w:p/>
    <w:p>
      <w:r>
        <w:rPr>
          <w:b w:val="0"/>
          <w:sz w:val="20"/>
        </w:rPr>
        <w:t>I am writing to you regarding the matter described herein. This letter serves as a formal communication pursuant to applicable United States laws and regulations. Please consider this letter as a binding statement and an official record of our position.</w:t>
      </w:r>
    </w:p>
    <w:p/>
    <w:p>
      <w:r>
        <w:rPr>
          <w:b w:val="0"/>
          <w:sz w:val="20"/>
        </w:rPr>
        <w:t>This letter is intended to confirm the terms, conditions, and agreements that have been discussed and mutually agreed upon between the parties involved. Any representations, warranties, or obligations stated herein are to be strictly adhered to and are enforceable under applicable law.</w:t>
      </w:r>
    </w:p>
    <w:p/>
    <w:p>
      <w:r>
        <w:rPr>
          <w:b w:val="0"/>
          <w:sz w:val="20"/>
        </w:rPr>
        <w:t>Please be advised that failure to comply with the terms discussed may result in legal consequences, including but not limited to claims for damages, injunctive relief, and other remedies available by law. It is expected that all parties act in good faith and adhere to the highest standards of honesty and integrity throughout the duration of this matter.</w:t>
      </w:r>
    </w:p>
    <w:p/>
    <w:p>
      <w:r>
        <w:rPr>
          <w:b w:val="0"/>
          <w:sz w:val="20"/>
        </w:rPr>
        <w:t>Confidentiality: All information contained in or related to this letter shall be kept strictly confidential and shall not be disclosed to any third party without prior written consent from the sender, except as required by law.</w:t>
      </w:r>
    </w:p>
    <w:p/>
    <w:p>
      <w:r>
        <w:rPr>
          <w:b w:val="0"/>
          <w:sz w:val="20"/>
        </w:rPr>
        <w:t>Governing Law: This letter, and any dispute arising out of or related to it, shall be governed by and construed in accordance with the laws of the United States of America and the State of ____________________, without regard to conflict of law principles.</w:t>
      </w:r>
    </w:p>
    <w:p/>
    <w:p>
      <w:r>
        <w:rPr>
          <w:b w:val="0"/>
          <w:sz w:val="20"/>
        </w:rPr>
        <w:t>Dispute Resolution: Any disputes arising from or relating to this letter shall be resolved through negotiation in good faith between the parties. If such negotiations fail, the disputes shall be submitted to mediation before pursuing litigation or arbitration.</w:t>
      </w:r>
    </w:p>
    <w:p/>
    <w:p>
      <w:r>
        <w:rPr>
          <w:b w:val="0"/>
          <w:sz w:val="20"/>
        </w:rPr>
        <w:t>No Waiver: No failure or delay by any party in exercising any right, power, or privilege under this letter shall operate as a waiver thereof, nor shall any single or partial exercise preclude any other or further exercise of any right, power, or privilege.</w:t>
      </w:r>
    </w:p>
    <w:p/>
    <w:p>
      <w:r>
        <w:rPr>
          <w:b w:val="0"/>
          <w:sz w:val="20"/>
        </w:rPr>
        <w:t>Severability: If any provision of this letter is held to be invalid, illegal, or unenforceable in any respect, the remaining provisions shall continue in full force and effect.</w:t>
      </w:r>
    </w:p>
    <w:p/>
    <w:p>
      <w:r>
        <w:rPr>
          <w:b w:val="0"/>
          <w:sz w:val="20"/>
        </w:rPr>
        <w:t>Entire Agreement: This letter constitutes the entire agreement between the parties with respect to the subject matter hereof and supersedes all prior or contemporaneous communications, representations, or agreements, whether oral or written.</w:t>
      </w:r>
    </w:p>
    <w:p/>
    <w:p>
      <w:r>
        <w:rPr>
          <w:b w:val="0"/>
          <w:sz w:val="20"/>
        </w:rPr>
        <w:t>Please acknowledge receipt and acceptance of the terms set forth in this letter by signing below and returning a copy to the undersigned at your earliest convenience. Should you have any questions or require further clarification, do not hesitate to contact me directly.</w:t>
      </w:r>
    </w:p>
    <w:p/>
    <w:p/>
    <w:p>
      <w:r>
        <w:rPr>
          <w:b w:val="0"/>
          <w:sz w:val="20"/>
        </w:rPr>
        <w:t>Sincerely,</w:t>
      </w:r>
    </w:p>
    <w:p/>
    <w:p/>
    <w:p/>
    <w:p/>
    <w:p>
      <w:r>
        <w:rPr>
          <w:b w:val="0"/>
          <w:sz w:val="20"/>
        </w:rPr>
        <w:t>__________________________________</w:t>
      </w:r>
    </w:p>
    <w:p>
      <w:r>
        <w:rPr>
          <w:b w:val="0"/>
          <w:sz w:val="20"/>
        </w:rPr>
        <w:t>Sender's Name</w:t>
      </w:r>
    </w:p>
    <w:p>
      <w:r>
        <w:rPr>
          <w:b w:val="0"/>
          <w:sz w:val="20"/>
        </w:rPr>
        <w:t>Sender's Title (if applicable)</w:t>
      </w:r>
    </w:p>
    <w:p>
      <w:r>
        <w:rPr>
          <w:b w:val="0"/>
          <w:sz w:val="20"/>
        </w:rPr>
        <w:t>Sender's Company (if applicable)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https://letterdocs-us.com/block-letter/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block-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