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BANK VERIFICATION LETTER</w:t>
      </w:r>
    </w:p>
    <w:p/>
    <w:p/>
    <w:p>
      <w:r>
        <w:rPr>
          <w:b/>
          <w:sz w:val="20"/>
        </w:rPr>
        <w:t>Bank Name:</w:t>
      </w:r>
    </w:p>
    <w:p>
      <w:r>
        <w:rPr>
          <w:b w:val="0"/>
          <w:sz w:val="20"/>
        </w:rPr>
        <w:t>____________________________________________________________________</w:t>
      </w:r>
    </w:p>
    <w:p>
      <w:r>
        <w:rPr>
          <w:b/>
          <w:sz w:val="20"/>
        </w:rPr>
        <w:t>Bank Address:</w:t>
      </w:r>
    </w:p>
    <w:p>
      <w:r>
        <w:rPr>
          <w:b w:val="0"/>
          <w:sz w:val="20"/>
        </w:rPr>
        <w:t>____________________________________________________________________</w:t>
      </w:r>
    </w:p>
    <w:p>
      <w:r>
        <w:rPr>
          <w:b/>
          <w:sz w:val="20"/>
        </w:rPr>
        <w:t>Phone Number:</w:t>
      </w:r>
    </w:p>
    <w:p>
      <w:r>
        <w:rPr>
          <w:b w:val="0"/>
          <w:sz w:val="20"/>
        </w:rPr>
        <w:t>____________________________________________________________________</w:t>
      </w:r>
    </w:p>
    <w:p>
      <w:r>
        <w:rPr>
          <w:b/>
          <w:sz w:val="20"/>
        </w:rPr>
        <w:t>Email Address:</w:t>
      </w:r>
    </w:p>
    <w:p>
      <w:r>
        <w:rPr>
          <w:b w:val="0"/>
          <w:sz w:val="20"/>
        </w:rPr>
        <w:t>____________________________________________________________________</w:t>
      </w:r>
    </w:p>
    <w:p/>
    <w:p/>
    <w:p>
      <w:r>
        <w:rPr>
          <w:b/>
          <w:sz w:val="20"/>
        </w:rPr>
        <w:t>TO WHOM IT MAY CONCERN:</w:t>
      </w:r>
    </w:p>
    <w:p/>
    <w:p>
      <w:r>
        <w:rPr>
          <w:b w:val="0"/>
          <w:sz w:val="20"/>
        </w:rPr>
        <w:t>This letter is to confirm that the individual named below holds an account with our bank. The information contained herein is provided at the request of the account holder for verification purposes only and is true and accurate to the best of our knowledge as of the date of issuance.</w:t>
      </w:r>
    </w:p>
    <w:p/>
    <w:p/>
    <w:p>
      <w:r>
        <w:rPr>
          <w:b/>
          <w:sz w:val="20"/>
        </w:rPr>
        <w:t>Customer Name:</w:t>
      </w:r>
    </w:p>
    <w:p>
      <w:r>
        <w:rPr>
          <w:b w:val="0"/>
          <w:sz w:val="20"/>
        </w:rPr>
        <w:t>____________________________________________________________________</w:t>
      </w:r>
    </w:p>
    <w:p>
      <w:r>
        <w:rPr>
          <w:b/>
          <w:sz w:val="20"/>
        </w:rPr>
        <w:t>Customer Address:</w:t>
      </w:r>
    </w:p>
    <w:p>
      <w:r>
        <w:rPr>
          <w:b w:val="0"/>
          <w:sz w:val="20"/>
        </w:rPr>
        <w:t>____________________________________________________________________</w:t>
      </w:r>
    </w:p>
    <w:p>
      <w:r>
        <w:rPr>
          <w:b/>
          <w:sz w:val="20"/>
        </w:rPr>
        <w:t>Account Number(s):</w:t>
      </w:r>
    </w:p>
    <w:p>
      <w:r>
        <w:rPr>
          <w:b w:val="0"/>
          <w:sz w:val="20"/>
        </w:rPr>
        <w:t>____________________________________________________________________</w:t>
      </w:r>
    </w:p>
    <w:p>
      <w:r>
        <w:rPr>
          <w:b/>
          <w:sz w:val="20"/>
        </w:rPr>
        <w:t>Type of Account(s):</w:t>
      </w:r>
    </w:p>
    <w:p>
      <w:r>
        <w:rPr>
          <w:b w:val="0"/>
          <w:sz w:val="20"/>
        </w:rPr>
        <w:t>____________________________________________________________________</w:t>
      </w:r>
    </w:p>
    <w:p>
      <w:r>
        <w:rPr>
          <w:b/>
          <w:sz w:val="20"/>
        </w:rPr>
        <w:t>Date Account Opened:</w:t>
      </w:r>
    </w:p>
    <w:p>
      <w:r>
        <w:rPr>
          <w:b w:val="0"/>
          <w:sz w:val="20"/>
        </w:rPr>
        <w:t>____________________________________________________________________</w:t>
      </w:r>
    </w:p>
    <w:p/>
    <w:p/>
    <w:p>
      <w:r>
        <w:rPr>
          <w:b/>
          <w:sz w:val="20"/>
        </w:rPr>
        <w:t>Current Account Status:</w:t>
      </w:r>
    </w:p>
    <w:p>
      <w:r>
        <w:rPr>
          <w:b w:val="0"/>
          <w:sz w:val="20"/>
        </w:rPr>
        <w:t>____________________________________________________________________</w:t>
      </w:r>
    </w:p>
    <w:p>
      <w:r>
        <w:rPr>
          <w:b/>
          <w:sz w:val="20"/>
        </w:rPr>
        <w:t>Average Balance Over Past 6 Months:</w:t>
      </w:r>
    </w:p>
    <w:p>
      <w:r>
        <w:rPr>
          <w:b w:val="0"/>
          <w:sz w:val="20"/>
        </w:rPr>
        <w:t>____________________________________________________________________</w:t>
      </w:r>
    </w:p>
    <w:p>
      <w:r>
        <w:rPr>
          <w:b/>
          <w:sz w:val="20"/>
        </w:rPr>
        <w:t>Available Credit (if applicable):</w:t>
      </w:r>
    </w:p>
    <w:p>
      <w:r>
        <w:rPr>
          <w:b w:val="0"/>
          <w:sz w:val="20"/>
        </w:rPr>
        <w:t>____________________________________________________________________</w:t>
      </w:r>
    </w:p>
    <w:p/>
    <w:p/>
    <w:p>
      <w:r>
        <w:rPr>
          <w:b w:val="0"/>
          <w:sz w:val="20"/>
        </w:rPr>
        <w:t>This verification letter is issued without any liability on the part of the bank or its officers or employees. It is intended solely for the purpose of verifying the banking relationship and does not constitute a guarantee of financial standing or creditworthiness.</w:t>
      </w:r>
    </w:p>
    <w:p/>
    <w:p/>
    <w:p>
      <w:r>
        <w:rPr>
          <w:b w:val="0"/>
          <w:sz w:val="20"/>
        </w:rPr>
        <w:t>This letter is confidential and intended only for the use of the party to whom it is addressed. Unauthorized use, disclosure, or copying of this document or its contents is strictly prohibited.</w:t>
      </w:r>
    </w:p>
    <w:p/>
    <w:p/>
    <w:p>
      <w:r>
        <w:rPr>
          <w:b w:val="0"/>
          <w:sz w:val="20"/>
        </w:rPr>
        <w:t>Should you require any further information or clarification regarding this verification, please do not hesitate to contact the undersigned at the above phone number or email address.</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Bank Officer</w:t>
            </w:r>
          </w:p>
        </w:tc>
        <w:tc>
          <w:tcPr>
            <w:tcW w:type="dxa" w:w="4986"/>
            <w:tcBorders>
              <w:top w:val="nil"/>
              <w:left w:val="nil"/>
              <w:bottom w:val="nil"/>
              <w:right w:val="nil"/>
              <w:insideH w:val="nil"/>
              <w:insideV w:val="nil"/>
            </w:tcBorders>
          </w:tcPr>
          <w:p>
            <w:pPr>
              <w:jc w:val="center"/>
            </w:pPr>
            <w:r>
              <w:t>Bank Seal / Stamp</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[Affix Bank Seal or Stamp Here]</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p/>
    <w:p>
      <w:r>
        <w:rPr>
          <w:b w:val="0"/>
          <w:sz w:val="20"/>
        </w:rPr>
        <w:t>NOTICE: This letter is issued based on information available as of the date of issuance and is subject to applicable banking policies and regulations under United States law. It is not an endorsement or guarantee of any financial transaction or credit application.</w:t>
      </w:r>
    </w:p>
    <w:p>
      <w:r>
        <w:br w:type="page"/>
      </w:r>
    </w:p>
    <w:p>
      <w:pPr>
        <w:jc w:val="center"/>
      </w:pPr>
      <w:r>
        <w:rPr>
          <w:color w:val="555555"/>
          <w:sz w:val="24"/>
        </w:rPr>
        <w:t>Original source of this document:</w:t>
      </w:r>
    </w:p>
    <w:p>
      <w:pPr>
        <w:jc w:val="center"/>
      </w:pPr>
      <w:hyperlink r:id="rId9">
        <w:r>
          <w:rPr>
            <w:color w:val="0000FF"/>
            <w:u w:val="single"/>
          </w:rPr>
          <w:t>https://letterdocs-us.com/bank-verification-letter/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bank-verifica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