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ARBITRATION OPT-OUT LETTER</w:t>
      </w:r>
    </w:p>
    <w:p/>
    <w:p/>
    <w:p>
      <w:r>
        <w:rPr>
          <w:b w:val="0"/>
          <w:sz w:val="20"/>
        </w:rPr>
        <w:t>To Whom It May Concern,</w:t>
      </w:r>
    </w:p>
    <w:p/>
    <w:p>
      <w:r>
        <w:rPr>
          <w:b w:val="0"/>
          <w:sz w:val="20"/>
        </w:rPr>
        <w:t>I, the undersigned, hereby provide formal notice of my election to opt out of any and all arbitration agreements, clauses, or provisions contained in or arising from the contract, agreement, or any related documents between myself and the other party or parties thereto.</w:t>
      </w:r>
    </w:p>
    <w:p/>
    <w:p>
      <w:r>
        <w:rPr>
          <w:b/>
          <w:sz w:val="20"/>
        </w:rPr>
        <w:t>1. Identification of Parties</w:t>
      </w:r>
    </w:p>
    <w:p>
      <w:r>
        <w:rPr>
          <w:b w:val="0"/>
          <w:sz w:val="20"/>
        </w:rPr>
        <w:t>Name of Opt-Out Party: ______________________________________________________</w:t>
      </w:r>
    </w:p>
    <w:p>
      <w:r>
        <w:rPr>
          <w:b w:val="0"/>
          <w:sz w:val="20"/>
        </w:rPr>
        <w:t>Address: _________________________________________________________________</w:t>
      </w:r>
    </w:p>
    <w:p>
      <w:r>
        <w:rPr>
          <w:b w:val="0"/>
          <w:sz w:val="20"/>
        </w:rPr>
        <w:t>Email: _________________________________________________________________</w:t>
      </w:r>
    </w:p>
    <w:p>
      <w:r>
        <w:rPr>
          <w:b w:val="0"/>
          <w:sz w:val="20"/>
        </w:rPr>
        <w:t>Phone Number: ____________________________________________________________</w:t>
      </w:r>
    </w:p>
    <w:p/>
    <w:p>
      <w:r>
        <w:rPr>
          <w:b w:val="0"/>
          <w:sz w:val="20"/>
        </w:rPr>
        <w:t>Name of Other Party(ies): ________________________________________________</w:t>
      </w:r>
    </w:p>
    <w:p>
      <w:r>
        <w:rPr>
          <w:b w:val="0"/>
          <w:sz w:val="20"/>
        </w:rPr>
        <w:t>Address(es): _____________________________________________________________</w:t>
      </w:r>
    </w:p>
    <w:p/>
    <w:p>
      <w:r>
        <w:rPr>
          <w:b/>
          <w:sz w:val="20"/>
        </w:rPr>
        <w:t>2. Contract Reference</w:t>
      </w:r>
    </w:p>
    <w:p>
      <w:r>
        <w:rPr>
          <w:b w:val="0"/>
          <w:sz w:val="20"/>
        </w:rPr>
        <w:t>This opt-out notice pertains to the following agreement(s):</w:t>
      </w:r>
    </w:p>
    <w:p>
      <w:r>
        <w:rPr>
          <w:b w:val="0"/>
          <w:sz w:val="20"/>
        </w:rPr>
        <w:t>- Title/Description of Agreement: ___________________________________________</w:t>
      </w:r>
    </w:p>
    <w:p>
      <w:r>
        <w:rPr>
          <w:b w:val="0"/>
          <w:sz w:val="20"/>
        </w:rPr>
        <w:t>- Date of Agreement Execution: _____________________________________________</w:t>
      </w:r>
    </w:p>
    <w:p>
      <w:r>
        <w:rPr>
          <w:b w:val="0"/>
          <w:sz w:val="20"/>
        </w:rPr>
        <w:t>- Parties to the Agreement: ________________________________________________</w:t>
      </w:r>
    </w:p>
    <w:p/>
    <w:p>
      <w:r>
        <w:rPr>
          <w:b/>
          <w:sz w:val="20"/>
        </w:rPr>
        <w:t>3. Statement of Arbitration Opt-Out</w:t>
      </w:r>
    </w:p>
    <w:p>
      <w:r>
        <w:rPr>
          <w:b w:val="0"/>
          <w:sz w:val="20"/>
        </w:rPr>
        <w:t>Pursuant to the Federal Arbitration Act (FAA), applicable state laws, and the terms of the referenced agreement(s), I hereby expressly reject and opt out of any arbitration provisions contained therein. I affirm that I do not agree to submit any disputes, claims, or controversies arising out of or relating to the agreement(s) to arbitration, and instead reserve the right to pursue resolution of any disputes through judicial forum or other lawful means.</w:t>
      </w:r>
    </w:p>
    <w:p/>
    <w:p>
      <w:r>
        <w:rPr>
          <w:b/>
          <w:sz w:val="20"/>
        </w:rPr>
        <w:t>4. Understanding and Acknowledgment</w:t>
      </w:r>
    </w:p>
    <w:p>
      <w:r>
        <w:rPr>
          <w:b w:val="0"/>
          <w:sz w:val="20"/>
        </w:rPr>
        <w:t>I acknowledge that by electing to opt out of arbitration:</w:t>
      </w:r>
    </w:p>
    <w:p>
      <w:r>
        <w:rPr>
          <w:b w:val="0"/>
          <w:sz w:val="20"/>
        </w:rPr>
        <w:t>• I retain the right to bring any claim or dispute before a court of competent jurisdiction.</w:t>
      </w:r>
    </w:p>
    <w:p>
      <w:r>
        <w:rPr>
          <w:b w:val="0"/>
          <w:sz w:val="20"/>
        </w:rPr>
        <w:t>• I waive the benefits and procedural rules associated with arbitration under the agreement(s).</w:t>
      </w:r>
    </w:p>
    <w:p>
      <w:r>
        <w:rPr>
          <w:b w:val="0"/>
          <w:sz w:val="20"/>
        </w:rPr>
        <w:t>• This opt-out does not affect any other provisions of the agreement(s) not related to arbitration.</w:t>
      </w:r>
    </w:p>
    <w:p/>
    <w:p>
      <w:r>
        <w:rPr>
          <w:b/>
          <w:sz w:val="20"/>
        </w:rPr>
        <w:t>5. Effective Date and Delivery of Opt-Out</w:t>
      </w:r>
    </w:p>
    <w:p>
      <w:r>
        <w:rPr>
          <w:b w:val="0"/>
          <w:sz w:val="20"/>
        </w:rPr>
        <w:t>This notice shall be effective upon delivery to the other party or parties, in accordance with the notice provisions outlined in the agreement(s). Delivery may be made by mail, email, or other agreed-upon methods.</w:t>
      </w:r>
    </w:p>
    <w:p/>
    <w:p>
      <w:r>
        <w:rPr>
          <w:b/>
          <w:sz w:val="20"/>
        </w:rPr>
        <w:t>6. Signature</w:t>
      </w:r>
    </w:p>
    <w:p>
      <w:r>
        <w:rPr>
          <w:b w:val="0"/>
          <w:sz w:val="20"/>
        </w:rPr>
        <w:t>By signing below, I certify that I have read, understand, and voluntarily execute this Arbitration Opt-Out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OPT-OUT PARTY</w:t>
            </w:r>
          </w:p>
        </w:tc>
        <w:tc>
          <w:tcPr>
            <w:tcW w:type="dxa" w:w="4986"/>
            <w:tcBorders>
              <w:top w:val="nil"/>
              <w:left w:val="nil"/>
              <w:bottom w:val="nil"/>
              <w:right w:val="nil"/>
              <w:insideH w:val="nil"/>
              <w:insideV w:val="nil"/>
            </w:tcBorders>
          </w:tcPr>
          <w:p>
            <w:pPr>
              <w:jc w:val="center"/>
            </w:pPr>
            <w:r>
              <w:t>OTHER PARTY(IES)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p/>
    <w:p>
      <w:r>
        <w:rPr>
          <w:b w:val="0"/>
          <w:sz w:val="20"/>
        </w:rPr>
        <w:t>Please direct any questions or correspondence regarding this opt-out notice to the contact information provided above.</w:t>
      </w:r>
    </w:p>
    <w:p/>
    <w:p/>
    <w:p>
      <w:r>
        <w:rPr>
          <w:b w:val="0"/>
          <w:sz w:val="20"/>
        </w:rPr>
        <w:t>This Arbitration Opt-Out Letter is intended to be legally binding and enforceable under United States federal and state law. It is recommended to consult with legal counsel prior to execution to ensure rights and obligations are fully understood.</w:t>
      </w:r>
    </w:p>
    <w:p/>
    <w:p/>
    <w:p/>
    <w:p>
      <w:r>
        <w:rPr>
          <w:b w:val="0"/>
          <w:sz w:val="20"/>
        </w:rPr>
        <w:t>Thank you for your attention to this matter.</w:t>
      </w:r>
    </w:p>
    <w:p/>
    <w:p/>
    <w:p>
      <w:r>
        <w:br w:type="page"/>
      </w:r>
    </w:p>
    <w:p>
      <w:pPr>
        <w:jc w:val="center"/>
      </w:pPr>
      <w:r>
        <w:rPr>
          <w:color w:val="555555"/>
          <w:sz w:val="24"/>
        </w:rPr>
        <w:t>Original source of this document:</w:t>
      </w:r>
    </w:p>
    <w:p>
      <w:pPr>
        <w:jc w:val="center"/>
      </w:pPr>
      <w:hyperlink r:id="rId9">
        <w:r>
          <w:rPr>
            <w:color w:val="0000FF"/>
            <w:u w:val="single"/>
          </w:rPr>
          <w:t>https://letterdocs-us.com/arbitration-opt-out-letter/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arbitration-opt-ou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