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ACKNOWLEDGEMENT LETTER</w:t>
      </w:r>
    </w:p>
    <w:p/>
    <w:p/>
    <w:p>
      <w:r>
        <w:rPr>
          <w:b/>
          <w:sz w:val="20"/>
        </w:rPr>
        <w:t>Recipient Information:</w:t>
      </w:r>
    </w:p>
    <w:p>
      <w:r>
        <w:rPr>
          <w:b w:val="0"/>
          <w:sz w:val="20"/>
        </w:rPr>
        <w:t>Name: _________________________________________________________________</w:t>
      </w:r>
    </w:p>
    <w:p>
      <w:r>
        <w:rPr>
          <w:b w:val="0"/>
          <w:sz w:val="20"/>
        </w:rPr>
        <w:t>Company (if applicable): ________________________________________________</w:t>
      </w:r>
    </w:p>
    <w:p>
      <w:r>
        <w:rPr>
          <w:b w:val="0"/>
          <w:sz w:val="20"/>
        </w:rPr>
        <w:t>Address: _______________________________________________________________</w:t>
      </w:r>
    </w:p>
    <w:p>
      <w:r>
        <w:rPr>
          <w:b w:val="0"/>
          <w:sz w:val="20"/>
        </w:rPr>
        <w:t>City, State, ZIP Code: 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
      <w:r>
        <w:rPr>
          <w:b/>
          <w:sz w:val="20"/>
        </w:rPr>
        <w:t>Sender Information:</w:t>
      </w:r>
    </w:p>
    <w:p>
      <w:r>
        <w:rPr>
          <w:b w:val="0"/>
          <w:sz w:val="20"/>
        </w:rPr>
        <w:t>Name: _________________________________________________________________</w:t>
      </w:r>
    </w:p>
    <w:p>
      <w:r>
        <w:rPr>
          <w:b w:val="0"/>
          <w:sz w:val="20"/>
        </w:rPr>
        <w:t>Company (if applicable): ________________________________________________</w:t>
      </w:r>
    </w:p>
    <w:p>
      <w:r>
        <w:rPr>
          <w:b w:val="0"/>
          <w:sz w:val="20"/>
        </w:rPr>
        <w:t>Address: _______________________________________________________________</w:t>
      </w:r>
    </w:p>
    <w:p>
      <w:r>
        <w:rPr>
          <w:b w:val="0"/>
          <w:sz w:val="20"/>
        </w:rPr>
        <w:t>City, State, ZIP Code: 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
      <w:r>
        <w:rPr>
          <w:b/>
          <w:sz w:val="20"/>
        </w:rPr>
        <w:t>Subject: Acknowledgement of Receipt</w:t>
      </w:r>
    </w:p>
    <w:p/>
    <w:p/>
    <w:p>
      <w:r>
        <w:rPr>
          <w:b w:val="0"/>
          <w:sz w:val="20"/>
        </w:rPr>
        <w:t>Dear Sir or Madam,</w:t>
      </w:r>
    </w:p>
    <w:p/>
    <w:p>
      <w:r>
        <w:rPr>
          <w:b w:val="0"/>
          <w:sz w:val="20"/>
        </w:rPr>
        <w:t>This letter serves as a formal acknowledgement that the undersigned has received the documents, items, or information detailed below. The receipt confirms acceptance in good order and condition unless otherwise noted herein. This acknowledgement is given without prejudice to any rights or claims that may arise under applicable laws or agreements.</w:t>
      </w:r>
    </w:p>
    <w:p/>
    <w:p/>
    <w:p>
      <w:r>
        <w:rPr>
          <w:b/>
          <w:sz w:val="20"/>
        </w:rPr>
        <w:t>Details of Receipt:</w:t>
      </w:r>
    </w:p>
    <w:p>
      <w:r>
        <w:rPr>
          <w:b w:val="0"/>
          <w:sz w:val="20"/>
        </w:rPr>
        <w:t>Description of Items/Information Received:</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Quantity (if applicable): _________________________________________________</w:t>
      </w:r>
    </w:p>
    <w:p>
      <w:r>
        <w:rPr>
          <w:b w:val="0"/>
          <w:sz w:val="20"/>
        </w:rPr>
        <w:t>Condition (if applicable): _________________________________________________</w:t>
      </w:r>
    </w:p>
    <w:p/>
    <w:p/>
    <w:p>
      <w:r>
        <w:rPr>
          <w:b/>
          <w:sz w:val="20"/>
        </w:rPr>
        <w:t>Acknowledgement:</w:t>
      </w:r>
    </w:p>
    <w:p>
      <w:r>
        <w:rPr>
          <w:b w:val="0"/>
          <w:sz w:val="20"/>
        </w:rPr>
        <w:t>The undersigned acknowledges receipt of the above-described items/information and confirms that all items have been accounted for and inspected to the extent possible at the time of receipt. Any discrepancies, damages, or omissions must be reported in writing within the time frame specified by governing laws or contractual agreements.</w:t>
      </w:r>
    </w:p>
    <w:p/>
    <w:p/>
    <w:p>
      <w:r>
        <w:rPr>
          <w:b/>
          <w:sz w:val="20"/>
        </w:rPr>
        <w:t>Limitation of Liability:</w:t>
      </w:r>
    </w:p>
    <w:p>
      <w:r>
        <w:rPr>
          <w:b w:val="0"/>
          <w:sz w:val="20"/>
        </w:rPr>
        <w:t>This acknowledgement letter does not waive any rights or remedies available under law or contract. The recipient retains all rights with respect to any claims arising from hidden defects, delays, or non-conformity not apparent at the time of receipt. The sender disclaims any liability for damages arising after the receipt unless caused by proven negligence or willful misconduct.</w:t>
      </w:r>
    </w:p>
    <w:p/>
    <w:p/>
    <w:p>
      <w:r>
        <w:rPr>
          <w:b/>
          <w:sz w:val="20"/>
        </w:rPr>
        <w:t>Governing Law and Jurisdiction:</w:t>
      </w:r>
    </w:p>
    <w:p>
      <w:r>
        <w:rPr>
          <w:b w:val="0"/>
          <w:sz w:val="20"/>
        </w:rPr>
        <w:t>This acknowledgement shall be governed by and construed in accordance with the laws of the United States of America and the applicable State law. Any disputes relating to this acknowledgement shall be subject to the exclusive jurisdiction of the state and federal courts located within the relevant jurisdiction.</w:t>
      </w:r>
    </w:p>
    <w:p/>
    <w:p/>
    <w:p>
      <w:r>
        <w:rPr>
          <w:b/>
          <w:sz w:val="20"/>
        </w:rPr>
        <w:t>Confirmation:</w:t>
      </w:r>
    </w:p>
    <w:p>
      <w:r>
        <w:rPr>
          <w:b w:val="0"/>
          <w:sz w:val="20"/>
        </w:rPr>
        <w:t>By signing below, the undersigned confirms the accuracy of the foregoing receipt and agrees to the terms specified herein.</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Recipient</w:t>
            </w:r>
          </w:p>
        </w:tc>
        <w:tc>
          <w:tcPr>
            <w:tcW w:type="dxa" w:w="4986"/>
            <w:tcBorders>
              <w:top w:val="nil"/>
              <w:left w:val="nil"/>
              <w:bottom w:val="nil"/>
              <w:right w:val="nil"/>
              <w:insideH w:val="nil"/>
              <w:insideV w:val="nil"/>
            </w:tcBorders>
          </w:tcPr>
          <w:p>
            <w:pPr>
              <w:jc w:val="center"/>
            </w:pPr>
            <w:r>
              <w:t>Sender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 Name: __________________________</w:t>
            </w:r>
          </w:p>
        </w:tc>
        <w:tc>
          <w:tcPr>
            <w:tcW w:type="dxa" w:w="4986"/>
            <w:tcBorders>
              <w:top w:val="nil"/>
              <w:left w:val="nil"/>
              <w:bottom w:val="nil"/>
              <w:right w:val="nil"/>
              <w:insideH w:val="nil"/>
              <w:insideV w:val="nil"/>
            </w:tcBorders>
          </w:tcPr>
          <w:p>
            <w:pPr>
              <w:jc w:val="center"/>
            </w:pPr>
            <w:r>
              <w:t>Print Name: __________________________</w:t>
            </w:r>
          </w:p>
        </w:tc>
      </w:tr>
    </w:tbl>
    <w:p/>
    <w:p/>
    <w:p>
      <w:r>
        <w:rPr>
          <w:b/>
          <w:sz w:val="20"/>
        </w:rPr>
        <w:t>Witness (Optional):</w:t>
      </w:r>
    </w:p>
    <w:p>
      <w:r>
        <w:rPr>
          <w:b w:val="0"/>
          <w:sz w:val="20"/>
        </w:rPr>
        <w:t>Name: _________________________________________________________________</w:t>
      </w:r>
    </w:p>
    <w:p>
      <w:r>
        <w:rPr>
          <w:b w:val="0"/>
          <w:sz w:val="20"/>
        </w:rPr>
        <w:t>Signature: ______________________________________________________________</w:t>
      </w:r>
    </w:p>
    <w:p>
      <w:r>
        <w:rPr>
          <w:b w:val="0"/>
          <w:sz w:val="20"/>
        </w:rPr>
        <w:t>Date: _________________________________________________________________</w:t>
      </w:r>
    </w:p>
    <w:p/>
    <w:p/>
    <w:p>
      <w:pPr>
        <w:jc w:val="center"/>
      </w:pPr>
      <w:r>
        <w:rPr>
          <w:b/>
          <w:sz w:val="20"/>
        </w:rPr>
        <w:t>This acknowledgement letter is executed voluntarily and with full knowledge of its contents and legal effect.</w:t>
      </w:r>
    </w:p>
    <w:p/>
    <w:p/>
    <w:p/>
    <w:p>
      <w:r>
        <w:br w:type="page"/>
      </w:r>
    </w:p>
    <w:p>
      <w:pPr>
        <w:jc w:val="center"/>
      </w:pPr>
      <w:r>
        <w:rPr>
          <w:color w:val="555555"/>
          <w:sz w:val="24"/>
        </w:rPr>
        <w:t>Original source of this document:</w:t>
      </w:r>
    </w:p>
    <w:p>
      <w:pPr>
        <w:jc w:val="center"/>
      </w:pPr>
      <w:hyperlink r:id="rId9">
        <w:r>
          <w:rPr>
            <w:color w:val="0000FF"/>
            <w:u w:val="single"/>
          </w:rPr>
          <w:t>https://letterdocs-us.com/acknowledgement-letter/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acknowledgement-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